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זיכרון פסים - משחק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תופעת דגם הפסים הייחודי של כל 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כללי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התאמה וזיהוי דפוסים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אמא וסייח עם אותו דגם פסים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האפשרויות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מוצאים את הזוג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 חיים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(גור קטן של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(הצורה והסידור של הפסים)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כמה זוגות לשחק - 4, 6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הופכים קלף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קלף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שהסייח יזהה את אמו ולהגנה מפני טורפים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אמא וסייח עם אותו דגם 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שהסייח יזהה את אמו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כמה פעמים הפכנו 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בפועל במשחק הזיכרון לפני מילוי הדף כדי לחבר תיאוריה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גם ברעיון שלכל אדם ובעל חיים יש משהו ייחודי משלו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זיכרון פסים - משחק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'זיכרון פסים' צריך להפוך קלפים ולמצוא זוגות של אמא זברה וסייח שלה, לפי דגם הפסים הזהה שלהם. כל זברה נולדת עם דגם פסים משלה, בדיוק כמו טביעת אצבע.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דגם  ·  סייח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אפשרויות של מספר זוגות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צריך למצוא בכל זוג 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 וסייח עם אותו דגם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סוסים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צבעים שונים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לשחק עם 4 זוגות קלפים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המטרה במשחק היא למצוא שני קלפים עם דגם פסים זהה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זברה יש __________ פסים ייחודי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במשחק הזיכרון צריך למצוא אמא ו__________ עם אותו דגם פסים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 קטן של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הצורה והסידור של הפסים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בעל חיים עם פסים שחורים ולבנים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הופכים קלף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הופכים קלף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כמה זוגות לשחק - 4, 6 או 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שלכל זברה יהיה דגם פסים משלה? כתבו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צריך למצוא בכל זוג קלפים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לכל זברה יש דגם פסים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זיכרון פסים - משחק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