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זיכרון פסים - משחק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תופעת דגם הפסים הייחודי של כל זברה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כללי משחק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התאמה וזיהוי דפוסים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אמא וסייח עם אותו דגם 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נסיונות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שהסייח יוכל לזהות את אמו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האפשרויות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זברה ייחודית בדגם הפסים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מוצאים את הזוג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המספר עולה בכל פעם שהופכים קלפים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(בעל חיים עם פסים שחורים ולבנים)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(גור קטן של 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(הצורה והסידור של הפסים)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(שני קלפים עם אותו דגם פסים)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(כל פעם שהופכים שני קלפים)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כמה זוגות לשחק - 4, 6 או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הופכים קלף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הופכים קלף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שני הקלפים מתאימים (אמא וסייח עם אותו דגם)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מתאימים - הזוג נשאר גלוי, ואם לא - הקלפים נהפכים בחזרה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שהסייח יזהה את אמו ולהגנה מפני טורפים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 לבדיקה: לשים לב למיקום הקלפים, לחזור על הדגמים בראש, להתרכז ולא למהר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אמא וסייח עם אותו דגם 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שהסייח יזהה את אמו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כמה פעמים הפכנו 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בפועל במשחק הזיכרון לפני מילוי הדף כדי לחבר תיאוריה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גם ברעיון שלכל אדם ובעל חיים יש משהו ייחודי משלו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זיכרון פסים - משחק הזברות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עם קלפים של זברות. בכל קלף יש זברה עם פסים. צריך למצוא שני קלפים עם אותו דגם פסים - אמא וסייח.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עם פסים שחורים ולבנים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דגם פסים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המיוחדת של הפסים אצל כל זברה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 קטן של זברה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קלפים עם אותו דגם פסים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פעם שהופכים שני קלפים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ייחודי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שאין לאף אחד אחר כמוהו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 מי זה לפי סימן 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בחירות יש למספר הזוגות?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מחפשים כשמהפכים שני 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 וסייח עם אותו דגם 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סוסים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צבעים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אותיות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עוד כתוב למעלה חוץ מהזוגות?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שלכל זברה יהיו פסים 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שהסייח יוכל לזהות את אמו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שהיא תהיה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לאכול יותר עשב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לשחק עם 4 זוגות קלפים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זברה יש בדיוק אותו דגם פסים כמו לזברה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במשחק היא למצוא שני קלפים עם דגם פסים זהה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הנסיונות במשחק נשאר תמיד אפס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זברה יש __________ פסים ייחודי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במשחק הזיכרון צריך למצוא אמא ו__________ עם אותו דגם פסים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מספר ה__________ מראה כמה פעמים הפכנו קלפים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לבחור לשחק עם 4, 6 או __________ זוגות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 קטן של 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פעם שהופכים שני קלפים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שני קלפים עם אותו דגם 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הצורה והסידור של הפסים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נסיון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בעל חיים עם פסים שחורים ולבנים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קלף 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שני הקלפים מתאימים (אמא וסייח עם אותו דגם)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כמה זוגות לשחק - 4, 6 או 8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מתאימים - הזוג נשאר גלוי, ואם לא - הקלפים נהפכים בחזרה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קלף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שלכל זברה יהיה דגם פסים משלה? כתבו בשתי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אסטרטגיה: איך אפשר לזכור טוב יותר איפה נמצא כל קלף במשחק הזיכרון? כתבו לפחות שתי עצות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למצוא בכל זוג קלפים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לכל זברה יש דגם פסים 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מספר הנסיונות אומר 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זיכרון פסים - משחק הזברות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